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124431" w14:textId="77777777" w:rsidR="0075117D" w:rsidRDefault="00000000">
      <w:pPr>
        <w:spacing w:after="160" w:line="240" w:lineRule="auto"/>
      </w:pPr>
      <w:r>
        <w:rPr>
          <w:b/>
          <w:color w:val="70756C"/>
          <w:sz w:val="19"/>
        </w:rPr>
        <w:t>ZLOBALL TO GLOBAL</w:t>
      </w:r>
    </w:p>
    <w:p w14:paraId="78CECE7C" w14:textId="18D2C44F" w:rsidR="0075117D" w:rsidRDefault="00000000">
      <w:pPr>
        <w:spacing w:after="160" w:line="228" w:lineRule="auto"/>
      </w:pPr>
      <w:proofErr w:type="spellStart"/>
      <w:r>
        <w:rPr>
          <w:b/>
          <w:sz w:val="58"/>
        </w:rPr>
        <w:t>几罗元科技</w:t>
      </w:r>
      <w:proofErr w:type="spellEnd"/>
      <w:r w:rsidR="00CE1EAE">
        <w:rPr>
          <w:rFonts w:hint="eastAsia"/>
          <w:b/>
          <w:sz w:val="58"/>
          <w:lang w:eastAsia="zh-CN"/>
        </w:rPr>
        <w:t xml:space="preserve"> </w:t>
      </w:r>
      <w:proofErr w:type="spellStart"/>
      <w:r>
        <w:rPr>
          <w:b/>
          <w:sz w:val="58"/>
        </w:rPr>
        <w:t>应聘简历</w:t>
      </w:r>
      <w:proofErr w:type="spellEnd"/>
    </w:p>
    <w:p w14:paraId="30D45E37" w14:textId="77777777" w:rsidR="0075117D" w:rsidRDefault="00000000">
      <w:pPr>
        <w:spacing w:after="360" w:line="312" w:lineRule="auto"/>
        <w:rPr>
          <w:lang w:eastAsia="zh-CN"/>
        </w:rPr>
      </w:pPr>
      <w:r>
        <w:rPr>
          <w:color w:val="70756C"/>
          <w:lang w:eastAsia="zh-CN"/>
        </w:rPr>
        <w:t>请用真实、简洁的信息说明你的经历、能力与工作方式。</w:t>
      </w:r>
    </w:p>
    <w:tbl>
      <w:tblPr>
        <w:tblW w:w="9360" w:type="dxa"/>
        <w:tblInd w:w="120" w:type="dxa"/>
        <w:tblBorders>
          <w:top w:val="single" w:sz="0" w:space="0" w:color="C7F04A"/>
          <w:left w:val="single" w:sz="0" w:space="0" w:color="C7F04A"/>
          <w:bottom w:val="single" w:sz="0" w:space="0" w:color="C7F04A"/>
          <w:right w:val="single" w:sz="0" w:space="0" w:color="C7F04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5117D" w14:paraId="50B1E905" w14:textId="77777777">
        <w:tc>
          <w:tcPr>
            <w:tcW w:w="9360" w:type="dxa"/>
            <w:shd w:val="clear" w:color="auto" w:fill="C7F04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2F1E7F" w14:textId="77777777" w:rsidR="0075117D" w:rsidRDefault="00000000">
            <w:pPr>
              <w:spacing w:after="0" w:line="288" w:lineRule="auto"/>
              <w:rPr>
                <w:lang w:eastAsia="zh-CN"/>
              </w:rPr>
            </w:pPr>
            <w:r>
              <w:rPr>
                <w:b/>
                <w:sz w:val="21"/>
                <w:lang w:eastAsia="zh-CN"/>
              </w:rPr>
              <w:t>世界因连接而广阔，而连接，与你一起。</w:t>
            </w:r>
          </w:p>
        </w:tc>
      </w:tr>
    </w:tbl>
    <w:p w14:paraId="54453A75" w14:textId="77777777" w:rsidR="0075117D" w:rsidRDefault="00000000">
      <w:pPr>
        <w:pStyle w:val="Heading1"/>
      </w:pPr>
      <w:proofErr w:type="gramStart"/>
      <w:r>
        <w:rPr>
          <w:rFonts w:ascii="Arial Unicode MS" w:eastAsia="Arial Unicode MS" w:hAnsi="Arial Unicode MS"/>
          <w:color w:val="70756C"/>
          <w:sz w:val="20"/>
        </w:rPr>
        <w:t xml:space="preserve">01  </w:t>
      </w:r>
      <w:proofErr w:type="spellStart"/>
      <w:r>
        <w:rPr>
          <w:rFonts w:ascii="Arial Unicode MS" w:eastAsia="Arial Unicode MS" w:hAnsi="Arial Unicode MS"/>
        </w:rPr>
        <w:t>个人信息</w:t>
      </w:r>
      <w:proofErr w:type="spellEnd"/>
      <w:proofErr w:type="gramEnd"/>
    </w:p>
    <w:tbl>
      <w:tblPr>
        <w:tblW w:w="9360" w:type="dxa"/>
        <w:tblInd w:w="120" w:type="dxa"/>
        <w:tblBorders>
          <w:top w:val="single" w:sz="6" w:space="0" w:color="D9DDD2"/>
          <w:left w:val="single" w:sz="6" w:space="0" w:color="D9DDD2"/>
          <w:bottom w:val="single" w:sz="6" w:space="0" w:color="D9DDD2"/>
          <w:right w:val="single" w:sz="6" w:space="0" w:color="D9DDD2"/>
          <w:insideH w:val="single" w:sz="6" w:space="0" w:color="D9DDD2"/>
          <w:insideV w:val="single" w:sz="6" w:space="0" w:color="D9DDD2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3260"/>
        <w:gridCol w:w="1276"/>
        <w:gridCol w:w="3518"/>
      </w:tblGrid>
      <w:tr w:rsidR="0075117D" w14:paraId="11921DAB" w14:textId="77777777" w:rsidTr="00CE1EAE">
        <w:tc>
          <w:tcPr>
            <w:tcW w:w="130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EE08BF1" w14:textId="7510757B" w:rsidR="0075117D" w:rsidRDefault="00000000" w:rsidP="00CE1EAE">
            <w:pPr>
              <w:spacing w:after="0" w:line="288" w:lineRule="auto"/>
              <w:jc w:val="center"/>
            </w:pPr>
            <w:r>
              <w:rPr>
                <w:b/>
                <w:color w:val="364132"/>
                <w:sz w:val="19"/>
              </w:rPr>
              <w:t>姓</w:t>
            </w:r>
            <w:r w:rsidR="00CE1EAE">
              <w:rPr>
                <w:rFonts w:hint="eastAsia"/>
                <w:b/>
                <w:color w:val="364132"/>
                <w:sz w:val="19"/>
                <w:lang w:eastAsia="zh-CN"/>
              </w:rPr>
              <w:t xml:space="preserve">    </w:t>
            </w:r>
            <w:r>
              <w:rPr>
                <w:b/>
                <w:color w:val="364132"/>
                <w:sz w:val="19"/>
              </w:rPr>
              <w:t>名</w:t>
            </w:r>
          </w:p>
        </w:tc>
        <w:tc>
          <w:tcPr>
            <w:tcW w:w="32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7659CE8" w14:textId="77777777" w:rsidR="0075117D" w:rsidRDefault="00000000">
            <w:pPr>
              <w:spacing w:after="0" w:line="288" w:lineRule="auto"/>
            </w:pPr>
            <w:r>
              <w:rPr>
                <w:i/>
                <w:color w:val="70756C"/>
                <w:sz w:val="21"/>
              </w:rPr>
              <w:t>请填写</w:t>
            </w:r>
          </w:p>
        </w:tc>
        <w:tc>
          <w:tcPr>
            <w:tcW w:w="127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041299A" w14:textId="77777777" w:rsidR="0075117D" w:rsidRDefault="00000000" w:rsidP="00CE1EAE">
            <w:pPr>
              <w:spacing w:after="0" w:line="288" w:lineRule="auto"/>
              <w:jc w:val="center"/>
            </w:pPr>
            <w:r>
              <w:rPr>
                <w:b/>
                <w:color w:val="364132"/>
                <w:sz w:val="19"/>
              </w:rPr>
              <w:t>申请职位</w:t>
            </w:r>
          </w:p>
        </w:tc>
        <w:tc>
          <w:tcPr>
            <w:tcW w:w="3518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EE5D110" w14:textId="77777777" w:rsidR="0075117D" w:rsidRDefault="00000000">
            <w:pPr>
              <w:spacing w:after="0" w:line="288" w:lineRule="auto"/>
            </w:pPr>
            <w:r>
              <w:rPr>
                <w:i/>
                <w:color w:val="70756C"/>
                <w:sz w:val="21"/>
              </w:rPr>
              <w:t>请填写</w:t>
            </w:r>
          </w:p>
        </w:tc>
      </w:tr>
      <w:tr w:rsidR="0075117D" w14:paraId="2B17AA66" w14:textId="77777777" w:rsidTr="00CE1EAE">
        <w:tc>
          <w:tcPr>
            <w:tcW w:w="130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D88EE35" w14:textId="6D99F7E2" w:rsidR="0075117D" w:rsidRDefault="00000000" w:rsidP="00CE1EAE">
            <w:pPr>
              <w:spacing w:after="0" w:line="288" w:lineRule="auto"/>
              <w:jc w:val="center"/>
            </w:pPr>
            <w:r>
              <w:rPr>
                <w:b/>
                <w:color w:val="364132"/>
                <w:sz w:val="19"/>
              </w:rPr>
              <w:t>手</w:t>
            </w:r>
            <w:r w:rsidR="00CE1EAE">
              <w:rPr>
                <w:rFonts w:hint="eastAsia"/>
                <w:b/>
                <w:color w:val="364132"/>
                <w:sz w:val="19"/>
                <w:lang w:eastAsia="zh-CN"/>
              </w:rPr>
              <w:t xml:space="preserve">    </w:t>
            </w:r>
            <w:r>
              <w:rPr>
                <w:b/>
                <w:color w:val="364132"/>
                <w:sz w:val="19"/>
              </w:rPr>
              <w:t>机</w:t>
            </w:r>
          </w:p>
        </w:tc>
        <w:tc>
          <w:tcPr>
            <w:tcW w:w="32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9272CDC" w14:textId="77777777" w:rsidR="0075117D" w:rsidRDefault="00000000">
            <w:pPr>
              <w:spacing w:after="0" w:line="288" w:lineRule="auto"/>
            </w:pPr>
            <w:r>
              <w:rPr>
                <w:i/>
                <w:color w:val="70756C"/>
                <w:sz w:val="21"/>
              </w:rPr>
              <w:t>请填写</w:t>
            </w:r>
          </w:p>
        </w:tc>
        <w:tc>
          <w:tcPr>
            <w:tcW w:w="127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EF0EA4E" w14:textId="77777777" w:rsidR="0075117D" w:rsidRDefault="00000000" w:rsidP="00CE1EAE">
            <w:pPr>
              <w:spacing w:after="0" w:line="288" w:lineRule="auto"/>
              <w:jc w:val="center"/>
            </w:pPr>
            <w:r>
              <w:rPr>
                <w:b/>
                <w:color w:val="364132"/>
                <w:sz w:val="19"/>
              </w:rPr>
              <w:t>电子邮箱</w:t>
            </w:r>
          </w:p>
        </w:tc>
        <w:tc>
          <w:tcPr>
            <w:tcW w:w="3518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B59B23D" w14:textId="77777777" w:rsidR="0075117D" w:rsidRDefault="00000000">
            <w:pPr>
              <w:spacing w:after="0" w:line="288" w:lineRule="auto"/>
            </w:pPr>
            <w:r>
              <w:rPr>
                <w:i/>
                <w:color w:val="70756C"/>
                <w:sz w:val="21"/>
              </w:rPr>
              <w:t>请填写</w:t>
            </w:r>
          </w:p>
        </w:tc>
      </w:tr>
      <w:tr w:rsidR="0075117D" w14:paraId="5E6ADA02" w14:textId="77777777" w:rsidTr="00CE1EAE">
        <w:tc>
          <w:tcPr>
            <w:tcW w:w="130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5F0D589" w14:textId="77777777" w:rsidR="0075117D" w:rsidRDefault="00000000" w:rsidP="00CE1EAE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364132"/>
                <w:sz w:val="19"/>
              </w:rPr>
              <w:t>所在城市</w:t>
            </w:r>
            <w:proofErr w:type="spellEnd"/>
          </w:p>
        </w:tc>
        <w:tc>
          <w:tcPr>
            <w:tcW w:w="32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33CB160" w14:textId="77777777" w:rsidR="0075117D" w:rsidRDefault="00000000">
            <w:pPr>
              <w:spacing w:after="0" w:line="288" w:lineRule="auto"/>
            </w:pPr>
            <w:r>
              <w:rPr>
                <w:i/>
                <w:color w:val="70756C"/>
                <w:sz w:val="21"/>
              </w:rPr>
              <w:t>请填写</w:t>
            </w:r>
          </w:p>
        </w:tc>
        <w:tc>
          <w:tcPr>
            <w:tcW w:w="1276" w:type="dxa"/>
            <w:shd w:val="clear" w:color="auto" w:fill="F4F3E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6D8A18" w14:textId="059EB2CD" w:rsidR="0075117D" w:rsidRDefault="00CE1EAE" w:rsidP="00CE1EAE">
            <w:pPr>
              <w:spacing w:after="0" w:line="288" w:lineRule="auto"/>
              <w:jc w:val="center"/>
              <w:rPr>
                <w:rFonts w:hint="eastAsia"/>
                <w:lang w:eastAsia="zh-CN"/>
              </w:rPr>
            </w:pPr>
            <w:proofErr w:type="spellStart"/>
            <w:r>
              <w:rPr>
                <w:b/>
                <w:color w:val="364132"/>
                <w:sz w:val="19"/>
              </w:rPr>
              <w:t>可到岗日期</w:t>
            </w:r>
            <w:proofErr w:type="spellEnd"/>
          </w:p>
        </w:tc>
        <w:tc>
          <w:tcPr>
            <w:tcW w:w="3518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7576282" w14:textId="27F609D0" w:rsidR="0075117D" w:rsidRDefault="00CE1EAE">
            <w:pPr>
              <w:spacing w:after="0" w:line="288" w:lineRule="auto"/>
              <w:rPr>
                <w:rFonts w:hint="eastAsia"/>
                <w:lang w:eastAsia="zh-CN"/>
              </w:rPr>
            </w:pPr>
            <w:proofErr w:type="gramStart"/>
            <w:r>
              <w:rPr>
                <w:i/>
                <w:color w:val="70756C"/>
                <w:sz w:val="21"/>
              </w:rPr>
              <w:t>年  月</w:t>
            </w:r>
            <w:proofErr w:type="gramEnd"/>
            <w:r>
              <w:rPr>
                <w:i/>
                <w:color w:val="70756C"/>
                <w:sz w:val="21"/>
              </w:rPr>
              <w:t xml:space="preserve">  日</w:t>
            </w:r>
          </w:p>
        </w:tc>
      </w:tr>
    </w:tbl>
    <w:p w14:paraId="6C904593" w14:textId="77777777" w:rsidR="0075117D" w:rsidRDefault="00000000">
      <w:pPr>
        <w:pStyle w:val="Heading1"/>
      </w:pPr>
      <w:proofErr w:type="gramStart"/>
      <w:r>
        <w:rPr>
          <w:rFonts w:ascii="Arial Unicode MS" w:eastAsia="Arial Unicode MS" w:hAnsi="Arial Unicode MS"/>
          <w:color w:val="70756C"/>
          <w:sz w:val="20"/>
        </w:rPr>
        <w:t xml:space="preserve">02  </w:t>
      </w:r>
      <w:proofErr w:type="spellStart"/>
      <w:r>
        <w:rPr>
          <w:rFonts w:ascii="Arial Unicode MS" w:eastAsia="Arial Unicode MS" w:hAnsi="Arial Unicode MS"/>
        </w:rPr>
        <w:t>教育经历</w:t>
      </w:r>
      <w:proofErr w:type="spellEnd"/>
      <w:proofErr w:type="gramEnd"/>
    </w:p>
    <w:p w14:paraId="75CA1947" w14:textId="77777777" w:rsidR="0075117D" w:rsidRDefault="00000000">
      <w:pPr>
        <w:spacing w:after="160" w:line="288" w:lineRule="auto"/>
        <w:rPr>
          <w:lang w:eastAsia="zh-CN"/>
        </w:rPr>
      </w:pPr>
      <w:r>
        <w:rPr>
          <w:color w:val="70756C"/>
          <w:sz w:val="19"/>
          <w:lang w:eastAsia="zh-CN"/>
        </w:rPr>
        <w:t>请从最近一段经历开始填写；如空间不足，可复制表格或另附页面。</w:t>
      </w:r>
    </w:p>
    <w:tbl>
      <w:tblPr>
        <w:tblW w:w="9360" w:type="dxa"/>
        <w:tblInd w:w="120" w:type="dxa"/>
        <w:tblBorders>
          <w:top w:val="single" w:sz="6" w:space="0" w:color="D9DDD2"/>
          <w:left w:val="single" w:sz="6" w:space="0" w:color="D9DDD2"/>
          <w:bottom w:val="single" w:sz="6" w:space="0" w:color="D9DDD2"/>
          <w:right w:val="single" w:sz="6" w:space="0" w:color="D9DDD2"/>
          <w:insideH w:val="single" w:sz="6" w:space="0" w:color="D9DDD2"/>
          <w:insideV w:val="single" w:sz="6" w:space="0" w:color="D9DDD2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2250"/>
        <w:gridCol w:w="2250"/>
        <w:gridCol w:w="3310"/>
      </w:tblGrid>
      <w:tr w:rsidR="0075117D" w14:paraId="76C53ADC" w14:textId="77777777">
        <w:tc>
          <w:tcPr>
            <w:tcW w:w="155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538A2D1" w14:textId="77777777" w:rsidR="0075117D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起止时间</w:t>
            </w:r>
            <w:proofErr w:type="spellEnd"/>
          </w:p>
        </w:tc>
        <w:tc>
          <w:tcPr>
            <w:tcW w:w="225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8CB06AA" w14:textId="77777777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>学校 / 机构</w:t>
            </w:r>
          </w:p>
        </w:tc>
        <w:tc>
          <w:tcPr>
            <w:tcW w:w="225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CB8053" w14:textId="77777777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>专业 / 方向</w:t>
            </w:r>
          </w:p>
        </w:tc>
        <w:tc>
          <w:tcPr>
            <w:tcW w:w="331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D06BE74" w14:textId="4B1E6BD3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 xml:space="preserve"> 主要学习内容</w:t>
            </w:r>
          </w:p>
        </w:tc>
      </w:tr>
      <w:tr w:rsidR="0075117D" w14:paraId="6761DA77" w14:textId="77777777"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76FF825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D8F5E68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22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025BA1D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331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261A774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</w:tr>
      <w:tr w:rsidR="00CE1EAE" w14:paraId="206734A4" w14:textId="77777777"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853083" w14:textId="77777777" w:rsidR="00CE1EAE" w:rsidRDefault="00CE1EAE">
            <w:pPr>
              <w:spacing w:after="200" w:line="288" w:lineRule="auto"/>
              <w:rPr>
                <w:i/>
                <w:color w:val="70756C"/>
                <w:sz w:val="19"/>
              </w:rPr>
            </w:pPr>
          </w:p>
        </w:tc>
        <w:tc>
          <w:tcPr>
            <w:tcW w:w="22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8A308F3" w14:textId="77777777" w:rsidR="00CE1EAE" w:rsidRDefault="00CE1EAE">
            <w:pPr>
              <w:spacing w:after="200" w:line="288" w:lineRule="auto"/>
              <w:rPr>
                <w:i/>
                <w:color w:val="70756C"/>
                <w:sz w:val="19"/>
              </w:rPr>
            </w:pPr>
          </w:p>
        </w:tc>
        <w:tc>
          <w:tcPr>
            <w:tcW w:w="22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19B39AF" w14:textId="77777777" w:rsidR="00CE1EAE" w:rsidRDefault="00CE1EAE">
            <w:pPr>
              <w:spacing w:after="200" w:line="288" w:lineRule="auto"/>
              <w:rPr>
                <w:i/>
                <w:color w:val="70756C"/>
                <w:sz w:val="19"/>
              </w:rPr>
            </w:pPr>
          </w:p>
        </w:tc>
        <w:tc>
          <w:tcPr>
            <w:tcW w:w="331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B00952A" w14:textId="77777777" w:rsidR="00CE1EAE" w:rsidRDefault="00CE1EAE">
            <w:pPr>
              <w:spacing w:after="200" w:line="288" w:lineRule="auto"/>
              <w:rPr>
                <w:i/>
                <w:color w:val="70756C"/>
                <w:sz w:val="19"/>
              </w:rPr>
            </w:pPr>
          </w:p>
        </w:tc>
      </w:tr>
    </w:tbl>
    <w:p w14:paraId="3006F274" w14:textId="77777777" w:rsidR="0075117D" w:rsidRDefault="00000000">
      <w:r>
        <w:br w:type="page"/>
      </w:r>
    </w:p>
    <w:p w14:paraId="15902336" w14:textId="77777777" w:rsidR="0075117D" w:rsidRDefault="00000000">
      <w:pPr>
        <w:pStyle w:val="Heading1"/>
      </w:pPr>
      <w:r>
        <w:rPr>
          <w:rFonts w:ascii="Arial Unicode MS" w:eastAsia="Arial Unicode MS" w:hAnsi="Arial Unicode MS"/>
          <w:color w:val="70756C"/>
          <w:sz w:val="20"/>
        </w:rPr>
        <w:lastRenderedPageBreak/>
        <w:t xml:space="preserve">03  </w:t>
      </w:r>
      <w:r>
        <w:rPr>
          <w:rFonts w:ascii="Arial Unicode MS" w:eastAsia="Arial Unicode MS" w:hAnsi="Arial Unicode MS"/>
        </w:rPr>
        <w:t>工作与项目经历</w:t>
      </w:r>
    </w:p>
    <w:p w14:paraId="55A384A4" w14:textId="77777777" w:rsidR="0075117D" w:rsidRDefault="00000000">
      <w:pPr>
        <w:spacing w:after="160" w:line="288" w:lineRule="auto"/>
        <w:rPr>
          <w:lang w:eastAsia="zh-CN"/>
        </w:rPr>
      </w:pPr>
      <w:r>
        <w:rPr>
          <w:color w:val="70756C"/>
          <w:sz w:val="19"/>
          <w:lang w:eastAsia="zh-CN"/>
        </w:rPr>
        <w:t>请优先填写能够说明你实际职责、判断与成果的经历。</w:t>
      </w:r>
    </w:p>
    <w:tbl>
      <w:tblPr>
        <w:tblW w:w="9360" w:type="dxa"/>
        <w:tblInd w:w="120" w:type="dxa"/>
        <w:tblBorders>
          <w:top w:val="single" w:sz="6" w:space="0" w:color="D9DDD2"/>
          <w:left w:val="single" w:sz="6" w:space="0" w:color="D9DDD2"/>
          <w:bottom w:val="single" w:sz="6" w:space="0" w:color="D9DDD2"/>
          <w:right w:val="single" w:sz="6" w:space="0" w:color="D9DDD2"/>
          <w:insideH w:val="single" w:sz="6" w:space="0" w:color="D9DDD2"/>
          <w:insideV w:val="single" w:sz="6" w:space="0" w:color="D9DDD2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2100"/>
        <w:gridCol w:w="1550"/>
        <w:gridCol w:w="4160"/>
      </w:tblGrid>
      <w:tr w:rsidR="0075117D" w14:paraId="497331CE" w14:textId="77777777">
        <w:tc>
          <w:tcPr>
            <w:tcW w:w="155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245FFD" w14:textId="77777777" w:rsidR="0075117D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起止时间</w:t>
            </w:r>
            <w:proofErr w:type="spellEnd"/>
          </w:p>
        </w:tc>
        <w:tc>
          <w:tcPr>
            <w:tcW w:w="210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78379FF" w14:textId="77777777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>组织 / 项目</w:t>
            </w:r>
          </w:p>
        </w:tc>
        <w:tc>
          <w:tcPr>
            <w:tcW w:w="155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9EC2D0B" w14:textId="77777777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>角色</w:t>
            </w:r>
          </w:p>
        </w:tc>
        <w:tc>
          <w:tcPr>
            <w:tcW w:w="4160" w:type="dxa"/>
            <w:shd w:val="clear" w:color="auto" w:fill="36413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88A6C8" w14:textId="77777777" w:rsidR="0075117D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  <w:sz w:val="18"/>
              </w:rPr>
              <w:t>主要职责与成果</w:t>
            </w:r>
          </w:p>
        </w:tc>
      </w:tr>
      <w:tr w:rsidR="0075117D" w14:paraId="1266ADF8" w14:textId="77777777"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34A7BEF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210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B816055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D5974EB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  <w:tc>
          <w:tcPr>
            <w:tcW w:w="41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BE7459F" w14:textId="77777777" w:rsidR="0075117D" w:rsidRDefault="00000000">
            <w:pPr>
              <w:spacing w:after="200" w:line="288" w:lineRule="auto"/>
            </w:pPr>
            <w:r>
              <w:rPr>
                <w:i/>
                <w:color w:val="70756C"/>
                <w:sz w:val="19"/>
              </w:rPr>
              <w:t>请填写</w:t>
            </w:r>
          </w:p>
        </w:tc>
      </w:tr>
      <w:tr w:rsidR="0075117D" w14:paraId="38717C6C" w14:textId="77777777"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82CC855" w14:textId="649EC3A8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210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0E1210" w14:textId="4D35513B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BD7B797" w14:textId="1178650C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41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DAB1C82" w14:textId="29F5F7DD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</w:tr>
      <w:tr w:rsidR="0075117D" w14:paraId="6949236F" w14:textId="77777777"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4BF02DD" w14:textId="182DE4CC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210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DDCB00" w14:textId="566B6F96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15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DC19C6F" w14:textId="4BF4D857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  <w:tc>
          <w:tcPr>
            <w:tcW w:w="416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79B3B93" w14:textId="0095515E" w:rsidR="0075117D" w:rsidRDefault="0075117D">
            <w:pPr>
              <w:spacing w:after="200" w:line="288" w:lineRule="auto"/>
              <w:rPr>
                <w:rFonts w:hint="eastAsia"/>
                <w:lang w:eastAsia="zh-CN"/>
              </w:rPr>
            </w:pPr>
          </w:p>
        </w:tc>
      </w:tr>
    </w:tbl>
    <w:p w14:paraId="35E13988" w14:textId="77777777" w:rsidR="0075117D" w:rsidRDefault="00000000">
      <w:pPr>
        <w:pStyle w:val="Heading1"/>
      </w:pPr>
      <w:r>
        <w:rPr>
          <w:rFonts w:ascii="Arial Unicode MS" w:eastAsia="Arial Unicode MS" w:hAnsi="Arial Unicode MS"/>
          <w:color w:val="70756C"/>
          <w:sz w:val="20"/>
        </w:rPr>
        <w:t xml:space="preserve">04  </w:t>
      </w:r>
      <w:r>
        <w:rPr>
          <w:rFonts w:ascii="Arial Unicode MS" w:eastAsia="Arial Unicode MS" w:hAnsi="Arial Unicode MS"/>
        </w:rPr>
        <w:t>代表性工作</w:t>
      </w:r>
    </w:p>
    <w:p w14:paraId="1C68F8F0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一项最能代表你能力的工作</w:t>
      </w:r>
    </w:p>
    <w:p w14:paraId="0222E390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请说明背景、你的角色、采取的行动、最终结果，以及你从中形成的判断。</w:t>
      </w:r>
    </w:p>
    <w:p w14:paraId="0F80ACA9" w14:textId="77777777" w:rsidR="0075117D" w:rsidRDefault="00000000">
      <w:pPr>
        <w:pBdr>
          <w:bottom w:val="single" w:sz="6" w:space="4" w:color="D9DDD2"/>
        </w:pBdr>
        <w:spacing w:after="1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566C7C5A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color w:val="70756C"/>
          <w:sz w:val="19"/>
          <w:lang w:eastAsia="zh-CN"/>
        </w:rPr>
        <w:t> </w:t>
      </w:r>
    </w:p>
    <w:p w14:paraId="1AEB78F1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你解决过的一个具体问题</w:t>
      </w:r>
    </w:p>
    <w:p w14:paraId="568B6CC6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问题如何被发现？你如何分析信息、选择方法并推进执行？</w:t>
      </w:r>
    </w:p>
    <w:p w14:paraId="3DD8BCC0" w14:textId="77777777" w:rsidR="0075117D" w:rsidRDefault="00000000">
      <w:pPr>
        <w:pBdr>
          <w:bottom w:val="single" w:sz="6" w:space="4" w:color="D9DDD2"/>
        </w:pBdr>
        <w:spacing w:after="1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3ECDDCE7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color w:val="70756C"/>
          <w:sz w:val="19"/>
          <w:lang w:eastAsia="zh-CN"/>
        </w:rPr>
        <w:t> </w:t>
      </w:r>
    </w:p>
    <w:p w14:paraId="7AA06ADF" w14:textId="77777777" w:rsidR="0075117D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7730EEDC" w14:textId="77777777" w:rsidR="0075117D" w:rsidRDefault="00000000">
      <w:pPr>
        <w:spacing w:after="80" w:line="240" w:lineRule="auto"/>
        <w:rPr>
          <w:lang w:eastAsia="zh-CN"/>
        </w:rPr>
      </w:pPr>
      <w:r>
        <w:rPr>
          <w:b/>
          <w:sz w:val="46"/>
          <w:lang w:eastAsia="zh-CN"/>
        </w:rPr>
        <w:lastRenderedPageBreak/>
        <w:t>能力与方向</w:t>
      </w:r>
    </w:p>
    <w:p w14:paraId="2B4865E2" w14:textId="77777777" w:rsidR="0075117D" w:rsidRDefault="00000000">
      <w:pPr>
        <w:spacing w:after="280"/>
        <w:rPr>
          <w:lang w:eastAsia="zh-CN"/>
        </w:rPr>
      </w:pPr>
      <w:r>
        <w:rPr>
          <w:color w:val="70756C"/>
          <w:sz w:val="21"/>
          <w:lang w:eastAsia="zh-CN"/>
        </w:rPr>
        <w:t>请尽量具体，让我们看到你已经能够稳定完成的工作。</w:t>
      </w:r>
    </w:p>
    <w:p w14:paraId="1379619A" w14:textId="77777777" w:rsidR="0075117D" w:rsidRDefault="00000000">
      <w:pPr>
        <w:pStyle w:val="Heading1"/>
        <w:rPr>
          <w:lang w:eastAsia="zh-CN"/>
        </w:rPr>
      </w:pPr>
      <w:r>
        <w:rPr>
          <w:rFonts w:ascii="Arial Unicode MS" w:eastAsia="Arial Unicode MS" w:hAnsi="Arial Unicode MS"/>
          <w:color w:val="70756C"/>
          <w:sz w:val="20"/>
          <w:lang w:eastAsia="zh-CN"/>
        </w:rPr>
        <w:t xml:space="preserve">05  </w:t>
      </w:r>
      <w:r>
        <w:rPr>
          <w:rFonts w:ascii="Arial Unicode MS" w:eastAsia="Arial Unicode MS" w:hAnsi="Arial Unicode MS"/>
          <w:lang w:eastAsia="zh-CN"/>
        </w:rPr>
        <w:t>能力与方向</w:t>
      </w:r>
    </w:p>
    <w:p w14:paraId="32A203E6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你擅长什么</w:t>
      </w:r>
    </w:p>
    <w:p w14:paraId="0C7C55D1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请说明具体能力、熟悉的方法与能够独立完成的工作。</w:t>
      </w:r>
    </w:p>
    <w:p w14:paraId="18F4DC70" w14:textId="77777777" w:rsidR="0075117D" w:rsidRDefault="00000000">
      <w:pPr>
        <w:pBdr>
          <w:bottom w:val="single" w:sz="6" w:space="4" w:color="D9DDD2"/>
        </w:pBdr>
        <w:spacing w:after="1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04B9804B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color w:val="70756C"/>
          <w:sz w:val="19"/>
          <w:lang w:eastAsia="zh-CN"/>
        </w:rPr>
        <w:t> </w:t>
      </w:r>
    </w:p>
    <w:p w14:paraId="6CAC63C2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你希望在几罗元科技建立怎样的长期能力</w:t>
      </w:r>
    </w:p>
    <w:p w14:paraId="2C7C0615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请说明你希望持续积累的专业能力，以及它可能形成的价值。</w:t>
      </w:r>
    </w:p>
    <w:p w14:paraId="2D02302B" w14:textId="77777777" w:rsidR="0075117D" w:rsidRDefault="00000000">
      <w:pPr>
        <w:pBdr>
          <w:bottom w:val="single" w:sz="6" w:space="4" w:color="D9DDD2"/>
        </w:pBdr>
        <w:spacing w:after="1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47FEA19C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color w:val="70756C"/>
          <w:sz w:val="19"/>
          <w:lang w:eastAsia="zh-CN"/>
        </w:rPr>
        <w:t> </w:t>
      </w:r>
    </w:p>
    <w:p w14:paraId="0E8ABC29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作品、项目或成果链接</w:t>
      </w:r>
    </w:p>
    <w:p w14:paraId="7B61263D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可填写网页、作品集、代码仓库、图片、报告或其他能够说明实际能力的资料。</w:t>
      </w:r>
    </w:p>
    <w:p w14:paraId="5904FEF3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2FB595CE" w14:textId="77777777" w:rsidR="0075117D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6440DE65" w14:textId="77777777" w:rsidR="0075117D" w:rsidRDefault="00000000">
      <w:pPr>
        <w:spacing w:after="80" w:line="240" w:lineRule="auto"/>
        <w:rPr>
          <w:lang w:eastAsia="zh-CN"/>
        </w:rPr>
      </w:pPr>
      <w:r>
        <w:rPr>
          <w:b/>
          <w:sz w:val="46"/>
          <w:lang w:eastAsia="zh-CN"/>
        </w:rPr>
        <w:lastRenderedPageBreak/>
        <w:t>工作方式与岗位理解</w:t>
      </w:r>
    </w:p>
    <w:p w14:paraId="27A0AB60" w14:textId="77777777" w:rsidR="0075117D" w:rsidRDefault="00000000">
      <w:pPr>
        <w:spacing w:after="280"/>
        <w:rPr>
          <w:lang w:eastAsia="zh-CN"/>
        </w:rPr>
      </w:pPr>
      <w:r>
        <w:rPr>
          <w:color w:val="70756C"/>
          <w:sz w:val="21"/>
          <w:lang w:eastAsia="zh-CN"/>
        </w:rPr>
        <w:t>我们关注稳定完成工作、问题理解、分析推进、团队协作与长期积累。</w:t>
      </w:r>
    </w:p>
    <w:p w14:paraId="59DB3DD1" w14:textId="77777777" w:rsidR="0075117D" w:rsidRDefault="00000000">
      <w:pPr>
        <w:pStyle w:val="Heading1"/>
        <w:rPr>
          <w:lang w:eastAsia="zh-CN"/>
        </w:rPr>
      </w:pPr>
      <w:r>
        <w:rPr>
          <w:rFonts w:ascii="Arial Unicode MS" w:eastAsia="Arial Unicode MS" w:hAnsi="Arial Unicode MS"/>
          <w:color w:val="70756C"/>
          <w:sz w:val="20"/>
          <w:lang w:eastAsia="zh-CN"/>
        </w:rPr>
        <w:t xml:space="preserve">06  </w:t>
      </w:r>
      <w:r>
        <w:rPr>
          <w:rFonts w:ascii="Arial Unicode MS" w:eastAsia="Arial Unicode MS" w:hAnsi="Arial Unicode MS"/>
          <w:lang w:eastAsia="zh-CN"/>
        </w:rPr>
        <w:t>工作方式</w:t>
      </w:r>
    </w:p>
    <w:p w14:paraId="4ADF60C1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当信息不完整或目标不够清晰时，你通常如何开始？</w:t>
      </w:r>
    </w:p>
    <w:p w14:paraId="768FA02E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请结合一个真实例子说明。</w:t>
      </w:r>
    </w:p>
    <w:p w14:paraId="7F00FD44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640123F2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你如何与他人保持清晰协作？</w:t>
      </w:r>
    </w:p>
    <w:p w14:paraId="1ACCD9B3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可以说明你如何同步进展、提出问题、处理分歧或完成交付。</w:t>
      </w:r>
    </w:p>
    <w:p w14:paraId="3FC87940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08E06232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什么样的工作条件能帮助你长期稳定地发挥能力？</w:t>
      </w:r>
    </w:p>
    <w:p w14:paraId="2323D8C1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你可以说明偏好的沟通、表达、节奏或信息组织方式。</w:t>
      </w:r>
    </w:p>
    <w:p w14:paraId="313F2D9F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5FC5E781" w14:textId="77777777" w:rsidR="0075117D" w:rsidRDefault="00000000">
      <w:pPr>
        <w:pStyle w:val="Heading1"/>
        <w:rPr>
          <w:lang w:eastAsia="zh-CN"/>
        </w:rPr>
      </w:pPr>
      <w:r>
        <w:rPr>
          <w:rFonts w:ascii="Arial Unicode MS" w:eastAsia="Arial Unicode MS" w:hAnsi="Arial Unicode MS"/>
          <w:color w:val="70756C"/>
          <w:sz w:val="20"/>
          <w:lang w:eastAsia="zh-CN"/>
        </w:rPr>
        <w:t xml:space="preserve">07  </w:t>
      </w:r>
      <w:r>
        <w:rPr>
          <w:rFonts w:ascii="Arial Unicode MS" w:eastAsia="Arial Unicode MS" w:hAnsi="Arial Unicode MS"/>
          <w:lang w:eastAsia="zh-CN"/>
        </w:rPr>
        <w:t>附件与确认</w:t>
      </w:r>
    </w:p>
    <w:p w14:paraId="464F294A" w14:textId="77777777" w:rsidR="0075117D" w:rsidRDefault="00000000">
      <w:pPr>
        <w:keepNext/>
        <w:spacing w:before="140" w:after="40" w:line="276" w:lineRule="auto"/>
        <w:rPr>
          <w:lang w:eastAsia="zh-CN"/>
        </w:rPr>
      </w:pPr>
      <w:r>
        <w:rPr>
          <w:b/>
          <w:color w:val="364132"/>
          <w:lang w:eastAsia="zh-CN"/>
        </w:rPr>
        <w:t>随申请提交的资料与补充说明</w:t>
      </w:r>
    </w:p>
    <w:p w14:paraId="65EFC529" w14:textId="77777777" w:rsidR="0075117D" w:rsidRDefault="00000000">
      <w:pPr>
        <w:keepNext/>
        <w:spacing w:after="100" w:line="288" w:lineRule="auto"/>
        <w:rPr>
          <w:lang w:eastAsia="zh-CN"/>
        </w:rPr>
      </w:pPr>
      <w:r>
        <w:rPr>
          <w:color w:val="70756C"/>
          <w:sz w:val="18"/>
          <w:lang w:eastAsia="zh-CN"/>
        </w:rPr>
        <w:t>请列出附件名称；如有需要提前说明的到岗安排、工作条件或其他信息，也请在此填写。</w:t>
      </w:r>
    </w:p>
    <w:p w14:paraId="3A6BA876" w14:textId="77777777" w:rsidR="0075117D" w:rsidRDefault="00000000">
      <w:pPr>
        <w:pBdr>
          <w:bottom w:val="single" w:sz="6" w:space="4" w:color="D9DDD2"/>
        </w:pBdr>
        <w:spacing w:after="260" w:line="264" w:lineRule="auto"/>
        <w:rPr>
          <w:lang w:eastAsia="zh-CN"/>
        </w:rPr>
      </w:pPr>
      <w:r>
        <w:rPr>
          <w:i/>
          <w:color w:val="70756C"/>
          <w:sz w:val="19"/>
          <w:lang w:eastAsia="zh-CN"/>
        </w:rPr>
        <w:t>请在此填写</w:t>
      </w:r>
    </w:p>
    <w:p w14:paraId="4F2A864A" w14:textId="77777777" w:rsidR="0075117D" w:rsidRDefault="00000000">
      <w:pPr>
        <w:spacing w:before="240" w:after="240" w:line="312" w:lineRule="auto"/>
        <w:rPr>
          <w:lang w:eastAsia="zh-CN"/>
        </w:rPr>
      </w:pPr>
      <w:r>
        <w:rPr>
          <w:color w:val="70756C"/>
          <w:sz w:val="19"/>
          <w:lang w:eastAsia="zh-CN"/>
        </w:rPr>
        <w:t>本人确认以上信息基于真实经历，并同意几罗元科技为招聘评估目的合理使用所提交资料。</w:t>
      </w:r>
    </w:p>
    <w:tbl>
      <w:tblPr>
        <w:tblW w:w="9360" w:type="dxa"/>
        <w:tblInd w:w="120" w:type="dxa"/>
        <w:tblBorders>
          <w:top w:val="single" w:sz="6" w:space="0" w:color="D9DDD2"/>
          <w:left w:val="single" w:sz="6" w:space="0" w:color="D9DDD2"/>
          <w:bottom w:val="single" w:sz="6" w:space="0" w:color="D9DDD2"/>
          <w:right w:val="single" w:sz="6" w:space="0" w:color="D9DDD2"/>
          <w:insideH w:val="single" w:sz="6" w:space="0" w:color="D9DDD2"/>
          <w:insideV w:val="single" w:sz="6" w:space="0" w:color="D9DDD2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5117D" w14:paraId="19CEEAF4" w14:textId="77777777">
        <w:tc>
          <w:tcPr>
            <w:tcW w:w="468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D6EB367" w14:textId="77777777" w:rsidR="0075117D" w:rsidRDefault="00000000">
            <w:pPr>
              <w:spacing w:after="0" w:line="288" w:lineRule="auto"/>
            </w:pPr>
            <w:proofErr w:type="spellStart"/>
            <w:r>
              <w:rPr>
                <w:sz w:val="20"/>
              </w:rPr>
              <w:t>申请人签名</w:t>
            </w:r>
            <w:proofErr w:type="spellEnd"/>
            <w:r>
              <w:rPr>
                <w:sz w:val="20"/>
              </w:rPr>
              <w:t>：____________________</w:t>
            </w:r>
          </w:p>
        </w:tc>
        <w:tc>
          <w:tcPr>
            <w:tcW w:w="468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E54D30" w14:textId="77777777" w:rsidR="0075117D" w:rsidRDefault="00000000">
            <w:pPr>
              <w:spacing w:after="0" w:line="288" w:lineRule="auto"/>
            </w:pPr>
            <w:r>
              <w:rPr>
                <w:sz w:val="20"/>
              </w:rPr>
              <w:t>日期：________年____月____日</w:t>
            </w:r>
          </w:p>
        </w:tc>
      </w:tr>
    </w:tbl>
    <w:p w14:paraId="3218552E" w14:textId="77777777" w:rsidR="0094441E" w:rsidRDefault="0094441E"/>
    <w:sectPr w:rsidR="0094441E" w:rsidSect="00034616">
      <w:headerReference w:type="default" r:id="rId8"/>
      <w:footerReference w:type="default" r:id="rId9"/>
      <w:pgSz w:w="12240" w:h="15840"/>
      <w:pgMar w:top="1123" w:right="1440" w:bottom="1037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B55B00" w14:textId="77777777" w:rsidR="0094441E" w:rsidRDefault="0094441E">
      <w:pPr>
        <w:spacing w:after="0" w:line="240" w:lineRule="auto"/>
      </w:pPr>
      <w:r>
        <w:separator/>
      </w:r>
    </w:p>
  </w:endnote>
  <w:endnote w:type="continuationSeparator" w:id="0">
    <w:p w14:paraId="14F14BA1" w14:textId="77777777" w:rsidR="0094441E" w:rsidRDefault="0094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8E2F84" w14:textId="77777777" w:rsidR="0075117D" w:rsidRDefault="00000000">
    <w:pPr>
      <w:pStyle w:val="Footer"/>
      <w:jc w:val="right"/>
    </w:pPr>
    <w:r>
      <w:rPr>
        <w:color w:val="70756C"/>
        <w:sz w:val="17"/>
      </w:rPr>
      <w:t xml:space="preserve">ZLOBALL TO GLOBAL   ·   </w:t>
    </w:r>
    <w:proofErr w:type="spellStart"/>
    <w:r>
      <w:rPr>
        <w:color w:val="70756C"/>
        <w:sz w:val="17"/>
      </w:rPr>
      <w:t>humen@zloball.com.cn第</w:t>
    </w:r>
    <w:proofErr w:type="spellEnd"/>
    <w:r>
      <w:rPr>
        <w:color w:val="70756C"/>
        <w:sz w:val="17"/>
      </w:rPr>
      <w:t xml:space="preserve"> </w:t>
    </w:r>
    <w:r>
      <w:rPr>
        <w:color w:val="70756C"/>
        <w:sz w:val="17"/>
      </w:rPr>
      <w:fldChar w:fldCharType="begin"/>
    </w:r>
    <w:r>
      <w:rPr>
        <w:color w:val="70756C"/>
        <w:sz w:val="17"/>
      </w:rPr>
      <w:instrText>PAGE</w:instrText>
    </w:r>
    <w:r w:rsidR="00CE1EAE">
      <w:rPr>
        <w:color w:val="70756C"/>
        <w:sz w:val="17"/>
      </w:rPr>
      <w:fldChar w:fldCharType="separate"/>
    </w:r>
    <w:r w:rsidR="00CE1EAE">
      <w:rPr>
        <w:noProof/>
        <w:color w:val="70756C"/>
        <w:sz w:val="17"/>
      </w:rPr>
      <w:t>1</w:t>
    </w:r>
    <w:r>
      <w:rPr>
        <w:color w:val="70756C"/>
        <w:sz w:val="17"/>
      </w:rPr>
      <w:fldChar w:fldCharType="end"/>
    </w:r>
    <w:r>
      <w:rPr>
        <w:color w:val="70756C"/>
        <w:sz w:val="17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51D3DA" w14:textId="77777777" w:rsidR="0094441E" w:rsidRDefault="0094441E">
      <w:pPr>
        <w:spacing w:after="0" w:line="240" w:lineRule="auto"/>
      </w:pPr>
      <w:r>
        <w:separator/>
      </w:r>
    </w:p>
  </w:footnote>
  <w:footnote w:type="continuationSeparator" w:id="0">
    <w:p w14:paraId="238596F7" w14:textId="77777777" w:rsidR="0094441E" w:rsidRDefault="0094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76960" w14:textId="77777777" w:rsidR="0075117D" w:rsidRDefault="00000000">
    <w:pPr>
      <w:pStyle w:val="Header"/>
    </w:pPr>
    <w:proofErr w:type="spellStart"/>
    <w:proofErr w:type="gramStart"/>
    <w:r>
      <w:rPr>
        <w:b/>
        <w:color w:val="70756C"/>
        <w:sz w:val="17"/>
      </w:rPr>
      <w:t>几罗元科技</w:t>
    </w:r>
    <w:proofErr w:type="spellEnd"/>
    <w:r>
      <w:rPr>
        <w:b/>
        <w:color w:val="70756C"/>
        <w:sz w:val="17"/>
      </w:rPr>
      <w:t xml:space="preserve">  /</w:t>
    </w:r>
    <w:proofErr w:type="gramEnd"/>
    <w:r>
      <w:rPr>
        <w:b/>
        <w:color w:val="70756C"/>
        <w:sz w:val="17"/>
      </w:rPr>
      <w:t xml:space="preserve">  CAREER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0769241">
    <w:abstractNumId w:val="8"/>
  </w:num>
  <w:num w:numId="2" w16cid:durableId="244386590">
    <w:abstractNumId w:val="6"/>
  </w:num>
  <w:num w:numId="3" w16cid:durableId="1099301714">
    <w:abstractNumId w:val="5"/>
  </w:num>
  <w:num w:numId="4" w16cid:durableId="1335451118">
    <w:abstractNumId w:val="4"/>
  </w:num>
  <w:num w:numId="5" w16cid:durableId="2081058451">
    <w:abstractNumId w:val="7"/>
  </w:num>
  <w:num w:numId="6" w16cid:durableId="1433286106">
    <w:abstractNumId w:val="3"/>
  </w:num>
  <w:num w:numId="7" w16cid:durableId="711881396">
    <w:abstractNumId w:val="2"/>
  </w:num>
  <w:num w:numId="8" w16cid:durableId="1008798647">
    <w:abstractNumId w:val="1"/>
  </w:num>
  <w:num w:numId="9" w16cid:durableId="18690974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4F8D"/>
    <w:rsid w:val="0075117D"/>
    <w:rsid w:val="00916F71"/>
    <w:rsid w:val="0094441E"/>
    <w:rsid w:val="00AA1D8D"/>
    <w:rsid w:val="00B47730"/>
    <w:rsid w:val="00CB0664"/>
    <w:rsid w:val="00CE1E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C85500"/>
  <w14:defaultImageDpi w14:val="300"/>
  <w15:docId w15:val="{3468FE60-CECA-ED47-919A-1765109B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eastAsia="Arial Unicode MS" w:hAnsi="Arial Unicode MS"/>
      <w:color w:val="11130F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3641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3641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3641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几罗元科技应聘简历</vt:lpstr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几罗元科技应聘简历</dc:title>
  <dc:subject>ZLOBALL TO GLOBAL Career Application</dc:subject>
  <dc:creator>上海几罗元科技有限公司</dc:creator>
  <cp:keywords>几罗元科技, ZLOBALL, 招聘, 应聘简历</cp:keywords>
  <dc:description>官网招聘页面下载模板</dc:description>
  <cp:lastModifiedBy>Ho Cui</cp:lastModifiedBy>
  <cp:revision>2</cp:revision>
  <dcterms:created xsi:type="dcterms:W3CDTF">2013-12-23T23:15:00Z</dcterms:created>
  <dcterms:modified xsi:type="dcterms:W3CDTF">2026-08-04T07:53:00Z</dcterms:modified>
  <cp:category/>
</cp:coreProperties>
</file>